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הלו"ז? ימים ושעות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בשמות ימי השבוע ובמילות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מספר יסודי למספר 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משפטים על שעות ולו"ז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יום שישי והציפייה לסוף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 זה כמות, שלישי זה מקום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לו"ז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יום שישי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שבת היא יוצאת דופן ואינה נקראת לפי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מתארת מקום בסדר, לא 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נכתבים ראשי תיבות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מחר הוא היום שיבוא, לא שעבר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מתעורר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(🌅)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(🌆)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(🕯️)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(➡️)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(⬅️)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יום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מתעוררים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מצחצחים שיניים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ארוחת בקר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הולכים לבית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ארוחת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הולכים לישן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לו"ז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כותבים 7 ימים עם פעילות ושעה, משתמשים נכון בשמות הימים ובמילות הזמן שלמדו (בקר, ערב, שעה)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הזכרת שמות ימים 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שהיא לא נקראת לפי מספר 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מחר כזמן עתידי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בהשמעת אחד השירים ולבקש לסמן מילים מהרשימה תוך כדי האזנה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המיון כדאי לחזק את ההבחנה בין בקר לערב בעזרת דוגמאות מחיי היומיום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חנ"מ אפשר להשמיט את הפריטים המסומנים כקשים ולהתמקד באוצר המילים הבסיסי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הלו"ז? ימים ושעות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הזאת נלמד על השיר שמדבר על יום שישי ועל הציפייה לסוף השבוע, נכיר את ימי השבוע ואת מילות הזמן, ונבנה לוח זמנים אישי.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השיר של היחידה מדבר בעיקר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שישי והציפייה לסוף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ראשון ותחילת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חופשת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יום בשבוע אינו נקרא לפי מספר סודר?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"שלוש" ל"שלישי"?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זה כמות, שלישי זה מקום בסדר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שלישי זה כמות, שלוש זה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מספרים סודרים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כותבים נכון את ראשי התיבות של לוח זמנים?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לו'ז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לו"ז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ל.ו.ז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בדרך כלל אוכלים ארוחת בקר?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יום בא אחרי יום חמישי?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ימי השבוע בעברית, כולל שבת, נקראים לפי מספר סודר.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"שלישי" היא מספר סודר ולא מספר יסודי.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בראשי תיבות כמו לו"ז הגרשיים נכתבים לפני האות האחרונה.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"היום יום שישי" הוא של עופרה חזה.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"מחר" מתארת יום שכבר 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יום חמישי בא יום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השעה? שבע וחצי.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היום יום שני, __________ יום שלישי.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ב__________ אוכלים ארוחת בקר.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בשעה שבע אני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🌆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🕯️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ערב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➡️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⬅️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🌅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אתמול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יום 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מצחצחים שיניים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ארוחת 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הולכים לבית 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ארוחת בקר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הולכים לישן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מתעוררים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לו"ז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בנו לוח זמנים שבועי אישי: כתבו לכל יום בשבוע דבר אחד שאתם עושים, כולל שעה. אחר כך שתפו חבר או חברה והשוו מה דומה ומה שונה.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ימים בשבוע למדתם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שבת שונה משאר הימים בשם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"מחר"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הלו"ז? ימים ושעות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