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ימי השבוע ובמילות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על שעות ולו"ז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שישי והציפייה לסוף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 זה כמות, שלישי זה מקום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לו"ז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שבת היא יוצאת דופן ואינה נקראת לפי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מתארת מקום בסדר, לא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נכתבים ראשי תיבות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מחר הוא היום שיבוא, לא שעבר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(🕯️)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(➡️)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(⬅️)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מצחצחים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ארוחת 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לבית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ארוחת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הולכים לישן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לו"ז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7 ימים עם פעילות ושעה, משתמשים נכון בשמות הימים ובמילות הזמן שלמדו (בקר, ערב, שעה)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שמות ימים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שהיא לא נקראת לפי 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מחר כזמן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ולבקש לסמן מילים מהרשימה תוך כדי האזנה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לחזק את ההבחנה בין בקר לערב בעזרת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להשמיט את הפריטים המסומנים כקשים ולהתמקד באוצר המילים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מילים על ימים ושעות. יש שיר על יום שישי. לומדים להגיד מה השעה ומה עושים בכל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הראשון בשבוע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שישי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לפני 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המנוחה, לא נקרא לפי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זמן, למשל שבע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היום, לפני הלילה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שיבוא אחרי היום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אתמול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שהיה לפני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שישי והציפייה לסוף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ראשון ותחילת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חופשת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יום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זה כמות, שלישי זה מקום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 זה כמות, שלוש זה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מספרים 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את זה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לו'ז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לו"ז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ל.ו.ז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אוכלים ארוחת בקר?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היום שאחרי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ימי השבוע בעברית, כולל שבת, נקראים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"שלישי" היא מספר סודר ולא מספר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בראשי תיבות כמו לו"ז הגרשיים נכתבים לפני האות האחרונה.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"היום יום שישי" הוא של עופרה חזה.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"מחר" מתארת יום שכבר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השעה? שבע וחצי.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יום שני, __________ יום שלישי.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אוכלים ארוחת בקר.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בשעה שבע אני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➡️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🕯️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⬅️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אתמול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🌆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לישן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ארוחת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ארוחת 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מצחצחים שיניים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לוח זמנים שבועי אישי: כתבו לכל יום בשבוע דבר אחד שאתם עושים, כולל שעה. אחר כך שתפו חבר או חברה והשוו מה דומה ומה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ימים בשבוע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שבת שונה משאר הימים בשם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"מחר"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הלו"ז? ימים ושעות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