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לומדים עברית בשירים – 20 יחידות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מה הלו"ז? ימים ושעות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ולהשתמש בשמות ימי השבוע ובמילות 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מספר יסודי למספר סודר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לבנות משפטים על שעות ולו"ז 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יום שישי והציפייה לסוף השבוע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שבת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בבוקר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שבת היא יוצאת דופן ואינה נקראת לפי מספר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נכתבים ראשי תיבות בעברית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מצוין ביחידה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משלימים 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מתאימים מילה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(🌅)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(🌆)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(🕯️)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יום רגיל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מתעוררים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מצחצחים שיניים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ארוחת בקר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הולכים לבית ספר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 לו"ז אישי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תלמידים כותבים 7 ימים עם פעילות ושעה, משתמשים נכון בשמות הימים ובמילות הזמן שלמדו (בקר, ערב, שעה)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הזכרת שמות ימים נכונים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הסבר שהיא לא נקראת לפי מספר סודר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תקין עם מחר כזמן עתידי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בהשמעת אחד השירים ולבקש לסמן מילים מהרשימה תוך כדי האזנה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בפעילות המיון כדאי לחזק את ההבחנה בין בקר לערב בעזרת דוגמאות מחיי היומיום של התלמידים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לגרסת חנ"מ אפשר להשמיט את הפריטים המסומנים כקשים ולהתמקד באוצר המילים הבסיסי בלבד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לומדים עברית בשירים – 20 יחידות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מה הלו"ז? ימים ושעות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ביחידה הזאת נלמד על השיר שמדבר על יום שישי ועל הציפייה לסוף השבוע, נכיר את ימי השבוע ואת מילות הזמן, ונבנה לוח זמנים אישי.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מה  ·  ששי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השיר של היחידה מדבר בעיקר על...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יום שישי והציפייה לסוף השבוע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יום ראשון ותחילת השבוע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חופשת קיץ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איזה יום בשבוע אינו נקרא לפי מספר סודר?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יום שני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יום רביעי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מתי בדרך כלל אוכלים ארוחת בקר?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בבוקר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בערב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בלילה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כל ימי השבוע בעברית, כולל שבת, נקראים לפי מספר סודר.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בראשי תיבות כמו לו"ז הגרשיים נכתבים לפני האות האחרונה.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השיר "היום יום שישי" הוא של עופרה חזה.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משלימים 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אחרי יום חמישי בא יום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__________ השעה? שבע וחצי.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מתאימים מילה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שעה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🌅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בקר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🕯️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ערב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שבת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🌆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יום רגיל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הולכים לבית ספר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ארוחת בקר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מצחצחים שיניים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מתעוררים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כותבים לו"ז 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בנו לוח זמנים שבועי אישי: כתבו לכל יום בשבוע דבר אחד שאתם עושים, כולל שעה. אחר כך שתפו חבר או חברה והשוו מה דומה ומה שונה.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אילו שני ימים בשבוע למדתם היום?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למה שבת שונה משאר הימים בשם שלה?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מה הלו"ז? ימים ושעות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